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 מורכב – משפט עיקרי ופסוקית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משפט עיקרי ופסוקית בתוך משפט מורכב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שעבוד ולקשר אותן לסוג הפסוקית: זמן, סיבה, תנאי, ויתור, תכלית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עצמאית של משפטים מורכבים תקינים ומגוונים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הפסוקית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תנאי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תכלית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ויתור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הבסיסית של משפט מורכב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הפסוקית תלויה במשפט העיקרי ולא עומדת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'אם' היא מילת שעבוד אופיינית לתנאי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מילות שעבוד שונות לכל סוג פסוקית, לא רק 'כי'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השעבוד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כאשר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אף על פי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כדי 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מילת שעבוד לסוג הפסוקית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(תנאי)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(ויתור)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(תכלית)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משפט מורכב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שני משפטים פשוטים שקשורים ברעיון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בחרו מילת שעבוד שמתאימה למשמעות הרצויה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חברו את שני המשפטים בעזרת מילת השעבוד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בדקו מהו המשפט העיקרי ומהי הפסוקית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קראו את המשפט בקול וודאו שהוא הגיוני ומנוקד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 משפטים מורכבים תקינים עם פסוקיות מסוגים שונים, מילת שעבוד מוקפת ומתאימה למשמעות, פיסוק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שהפסוקית תלויה במשפט העיקרי ואינה עומדת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מכיר לפחות מילת שעבוד אחת לכל סוג פסוקית עיקרי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שנכתב אכן מורכב וזוהה נכון סוג הפסוקית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להכין לתלמידים ברמה הבסיסית בנק מילות שעבוד מודפס על השולחן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בתרגילי זיהוי לפני מעבר למשימות 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קריאה קצרה של כתבה או טקסט כיתתי לפני העבודה על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 מורכב – משפט עיקרי ופסוקית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זיהוי וכתיבה של משפטים מורכבים: נבחין בין המשפט העיקרי לפסוקית, ונכיר מילות שעבוד שמציינות זמן, סיבה, תנאי, ויתור ותכלית.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 הפסוקית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'קראתי את הספר כי הוא עניין אותי' - איזו פסוקית יש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'נצא לטיול כאשר יפסיק הגשם' - איזו פסוקית יש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'אם תלמד, תצליח במבחן' - איזו פסוקית יש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'הוא הלך לישון מוקדם כדי שיקום רענן' - איזו פסוקית יש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'הם המשיכו לשחק אף על פי שהיה חושך' - איזו פסוקית יש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תכלית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במשפט מורכב יש משפט עיקרי אחד לפחות ופסוקית אחת לפחות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פסוקית יכולה לעמוד בפני עצמה כמשפט שלם ומובן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השעבוד 'אם' פותחת בדרך כלל פסוקית תנאי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משפט מורכב חייבים להשתמש רק במילת השעבוד 'כי'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מילת השעבוד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תרד הטמפרטורה, נדליק את התנור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הוא הצליח במבחן __________ למד הרבה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נעבור את הכביש __________ הרמזור יתחלף לירוק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המשכנו בטיול __________ היה קר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סגרנו את החלון __________ לא ייכנס גשם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מילת שעבוד לסוג הפסוקית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תכלית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כאשר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ויתור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אף על פי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כדי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תנאי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משפט מורכב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מהו המשפט העיקרי ומהי הפסוקית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חברו את שני המשפטים בעזרת מילת השעבוד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המשפט בקול וודאו שהוא הגיוני ומנוקד נכון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שני משפטים פשוטים שקשורים ברעיון אחד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מילת שעבוד שמתאימה למשמעות הרצויה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 משפטים מורכבים משלכם, כל אחד עם פסוקית מסוג אחר (למשל זמן, סיבה, תנאי), והקיפו בכל משפט את מילת השעבוד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משפט עיקרי לפסוקית?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שעבוד שמציינת תנאי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מורכב אחד וציינו את סוג הפסוקית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משפט מורכב – משפט עיקרי ופסוקית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