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מורכב – משפט עיקרי ופסוקית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משפט עיקרי ופסוקית בתוך משפט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שעבוד ולקשר אותן לסוג הפסוקית: זמן, סיבה, תנאי, ויתור, תכלית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עצמאית של משפטים מורכבים תקינים ומגוונים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הפסוקית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הבסיסית של משפט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הפסוקית תלויה במשפט העיקרי ולא עומדת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השעבוד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מילת שעבוד לסוג הפסוקית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(תנאי)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משפט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שני משפטים פשוטים שקשורים ברעיון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מילת שעבוד שמתאימה למשמעות הרצויה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חברו את שני המשפטים בעזרת מילת השעבוד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שהפסוקית תלויה במשפט העיקרי ואינה עומדת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מכיר לפחות מילת שעבוד אחת לכל סוג פסוקית עיקרי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שנכתב אכן מורכב וזוהה נכון סוג הפסוקית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להכין לתלמידים ברמה הבסיסית בנק מילות שעבוד מודפס על השולחן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בתרגילי זיהוי לפני מעבר למשימות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קצרה של כתבה או טקסט כיתתי לפני העבודה על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מורכב – משפט עיקרי ופסוקית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זיהוי וכתיבה של משפטים מורכבים: נבחין בין המשפט העיקרי לפסוקית, ונכיר מילות שעבוד שמציינות זמן, סיבה, תנאי, ויתור ותכלית.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  ·  אם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סוג הפסוקית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'קראתי את הספר כי הוא עניין אותי' - איזו פסוקית יש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'נצא לטיול כאשר יפסיק הגשם' - איזו פסוקית יש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במשפט מורכב יש משפט עיקרי אחד לפחות ופסוקית אחת לפחות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פסוקית יכולה לעמוד בפני עצמה כמשפט שלם ומובן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מילת השעבוד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תרד הטמפרטורה, נדליק את התנור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הוא הצליח במבחן __________ למד הרבה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מילת שעבוד לסוג הפסוקית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כאשר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בניית משפט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מילת שעבוד שמתאימה למשמעות הרצויה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חברו את שני המשפטים בעזרת מילת השעבוד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שני משפטים פשוטים שקשורים ברעיון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משפט עיקרי לפסוקית?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שעבוד שמציינת תנאי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משפט מורכב – משפט עיקרי ופסוקית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